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41705" w:rsidP="00141705" w:rsidRDefault="00141705" w14:paraId="537E0F3B" w14:textId="77777777">
      <w:pPr>
        <w:jc w:val="center"/>
      </w:pPr>
    </w:p>
    <w:p w:rsidRPr="00141705" w:rsidR="00141705" w:rsidP="00141705" w:rsidRDefault="00141705" w14:paraId="6146F1A4" w14:textId="2163E488">
      <w:pPr>
        <w:jc w:val="center"/>
        <w:rPr>
          <w:b w:val="1"/>
          <w:bCs w:val="1"/>
        </w:rPr>
      </w:pPr>
      <w:r w:rsidRPr="739BB8F4" w:rsidR="00141705">
        <w:rPr>
          <w:b w:val="1"/>
          <w:bCs w:val="1"/>
        </w:rPr>
        <w:t>Formulario</w:t>
      </w:r>
      <w:r w:rsidRPr="739BB8F4" w:rsidR="00141705">
        <w:rPr>
          <w:b w:val="1"/>
          <w:bCs w:val="1"/>
        </w:rPr>
        <w:t xml:space="preserve"> de </w:t>
      </w:r>
      <w:r w:rsidRPr="739BB8F4" w:rsidR="7C16DEEA">
        <w:rPr>
          <w:b w:val="1"/>
          <w:bCs w:val="1"/>
        </w:rPr>
        <w:t xml:space="preserve">Renuncia </w:t>
      </w:r>
      <w:r w:rsidRPr="739BB8F4" w:rsidR="00141705">
        <w:rPr>
          <w:b w:val="1"/>
          <w:bCs w:val="1"/>
        </w:rPr>
        <w:t xml:space="preserve">y </w:t>
      </w:r>
      <w:r w:rsidRPr="739BB8F4" w:rsidR="00141705">
        <w:rPr>
          <w:b w:val="1"/>
          <w:bCs w:val="1"/>
        </w:rPr>
        <w:t>Consentimiento</w:t>
      </w:r>
      <w:r w:rsidRPr="739BB8F4" w:rsidR="00141705">
        <w:rPr>
          <w:b w:val="1"/>
          <w:bCs w:val="1"/>
        </w:rPr>
        <w:t xml:space="preserve"> de </w:t>
      </w:r>
      <w:r w:rsidRPr="739BB8F4" w:rsidR="00141705">
        <w:rPr>
          <w:b w:val="1"/>
          <w:bCs w:val="1"/>
        </w:rPr>
        <w:t>los</w:t>
      </w:r>
      <w:r w:rsidRPr="739BB8F4" w:rsidR="00141705">
        <w:rPr>
          <w:b w:val="1"/>
          <w:bCs w:val="1"/>
        </w:rPr>
        <w:t xml:space="preserve"> Padres</w:t>
      </w:r>
    </w:p>
    <w:tbl>
      <w:tblPr>
        <w:tblStyle w:val="TableGrid"/>
        <w:tblW w:w="10620" w:type="dxa"/>
        <w:tblInd w:w="-70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720"/>
        <w:gridCol w:w="900"/>
      </w:tblGrid>
      <w:tr w:rsidR="00141705" w:rsidTr="739BB8F4" w14:paraId="494D3731" w14:textId="77777777">
        <w:trPr>
          <w:trHeight w:val="1205"/>
        </w:trPr>
        <w:tc>
          <w:tcPr>
            <w:tcW w:w="9720" w:type="dxa"/>
            <w:tcMar/>
          </w:tcPr>
          <w:p w:rsidR="00141705" w:rsidP="00141705" w:rsidRDefault="00141705" w14:paraId="1FDD316D" w14:textId="69A0C0F7">
            <w:pPr>
              <w:spacing w:line="276" w:lineRule="auto"/>
            </w:pPr>
            <w:r w:rsidRPr="739BB8F4" w:rsidR="00141705">
              <w:rPr>
                <w:lang w:val="es-ES"/>
              </w:rPr>
              <w:t>Entiendo</w:t>
            </w:r>
            <w:r w:rsidRPr="739BB8F4" w:rsidR="00141705">
              <w:rPr>
                <w:lang w:val="es-ES"/>
              </w:rPr>
              <w:t xml:space="preserve"> que </w:t>
            </w:r>
            <w:r w:rsidRPr="739BB8F4" w:rsidR="00141705">
              <w:rPr>
                <w:lang w:val="es-ES"/>
              </w:rPr>
              <w:t>el</w:t>
            </w:r>
            <w:r w:rsidRPr="739BB8F4" w:rsidR="00141705">
              <w:rPr>
                <w:lang w:val="es-ES"/>
              </w:rPr>
              <w:t xml:space="preserve"> personal del Springfield Boys &amp; Girls Club (SBGC) </w:t>
            </w:r>
            <w:r w:rsidRPr="739BB8F4" w:rsidR="00141705">
              <w:rPr>
                <w:lang w:val="es-ES"/>
              </w:rPr>
              <w:t>está</w:t>
            </w:r>
            <w:r w:rsidRPr="739BB8F4" w:rsidR="00141705">
              <w:rPr>
                <w:lang w:val="es-ES"/>
              </w:rPr>
              <w:t xml:space="preserve"> </w:t>
            </w:r>
            <w:r w:rsidRPr="739BB8F4" w:rsidR="00141705">
              <w:rPr>
                <w:lang w:val="es-ES"/>
              </w:rPr>
              <w:t>capacitado</w:t>
            </w:r>
            <w:r w:rsidRPr="739BB8F4" w:rsidR="00141705">
              <w:rPr>
                <w:lang w:val="es-ES"/>
              </w:rPr>
              <w:t xml:space="preserve"> </w:t>
            </w:r>
            <w:r w:rsidRPr="739BB8F4" w:rsidR="00141705">
              <w:rPr>
                <w:lang w:val="es-ES"/>
              </w:rPr>
              <w:t>en</w:t>
            </w:r>
            <w:r w:rsidRPr="739BB8F4" w:rsidR="00141705">
              <w:rPr>
                <w:lang w:val="es-ES"/>
              </w:rPr>
              <w:t xml:space="preserve"> </w:t>
            </w:r>
            <w:r w:rsidRPr="739BB8F4" w:rsidR="00141705">
              <w:rPr>
                <w:lang w:val="es-ES"/>
              </w:rPr>
              <w:t>primeros</w:t>
            </w:r>
            <w:r w:rsidRPr="739BB8F4" w:rsidR="00141705">
              <w:rPr>
                <w:lang w:val="es-ES"/>
              </w:rPr>
              <w:t xml:space="preserve"> </w:t>
            </w:r>
            <w:r w:rsidRPr="739BB8F4" w:rsidR="00141705">
              <w:rPr>
                <w:lang w:val="es-ES"/>
              </w:rPr>
              <w:t>auxilios</w:t>
            </w:r>
            <w:r w:rsidRPr="739BB8F4" w:rsidR="00141705">
              <w:rPr>
                <w:lang w:val="es-ES"/>
              </w:rPr>
              <w:t xml:space="preserve"> y RCP</w:t>
            </w:r>
            <w:r w:rsidRPr="739BB8F4" w:rsidR="4BDE7C17">
              <w:rPr>
                <w:lang w:val="es-ES"/>
              </w:rPr>
              <w:t xml:space="preserve"> (CPR)</w:t>
            </w:r>
            <w:r w:rsidRPr="739BB8F4" w:rsidR="00141705">
              <w:rPr>
                <w:lang w:val="es-ES"/>
              </w:rPr>
              <w:t xml:space="preserve">, y </w:t>
            </w:r>
            <w:r w:rsidRPr="739BB8F4" w:rsidR="00141705">
              <w:rPr>
                <w:lang w:val="es-ES"/>
              </w:rPr>
              <w:t>los</w:t>
            </w:r>
            <w:r w:rsidRPr="739BB8F4" w:rsidR="00141705">
              <w:rPr>
                <w:lang w:val="es-ES"/>
              </w:rPr>
              <w:t xml:space="preserve"> </w:t>
            </w:r>
            <w:r w:rsidRPr="739BB8F4" w:rsidR="00141705">
              <w:rPr>
                <w:lang w:val="es-ES"/>
              </w:rPr>
              <w:t>autor</w:t>
            </w:r>
            <w:r w:rsidRPr="739BB8F4" w:rsidR="6CDADDE5">
              <w:rPr>
                <w:lang w:val="es-ES"/>
              </w:rPr>
              <w:t>í</w:t>
            </w:r>
            <w:r w:rsidRPr="739BB8F4" w:rsidR="6CDADDE5">
              <w:rPr>
                <w:lang w:val="es-ES"/>
              </w:rPr>
              <w:t>zo</w:t>
            </w:r>
            <w:r w:rsidRPr="739BB8F4" w:rsidR="00141705">
              <w:rPr>
                <w:lang w:val="es-ES"/>
              </w:rPr>
              <w:t xml:space="preserve"> a </w:t>
            </w:r>
            <w:r w:rsidRPr="739BB8F4" w:rsidR="00141705">
              <w:rPr>
                <w:lang w:val="es-ES"/>
              </w:rPr>
              <w:t>brindar</w:t>
            </w:r>
            <w:r w:rsidRPr="739BB8F4" w:rsidR="00141705">
              <w:rPr>
                <w:lang w:val="es-ES"/>
              </w:rPr>
              <w:t xml:space="preserve"> </w:t>
            </w:r>
            <w:r w:rsidRPr="739BB8F4" w:rsidR="00141705">
              <w:rPr>
                <w:lang w:val="es-ES"/>
              </w:rPr>
              <w:t>primeros</w:t>
            </w:r>
            <w:r w:rsidRPr="739BB8F4" w:rsidR="00141705">
              <w:rPr>
                <w:lang w:val="es-ES"/>
              </w:rPr>
              <w:t xml:space="preserve"> </w:t>
            </w:r>
            <w:r w:rsidRPr="739BB8F4" w:rsidR="00141705">
              <w:rPr>
                <w:lang w:val="es-ES"/>
              </w:rPr>
              <w:t>auxilios</w:t>
            </w:r>
            <w:r w:rsidRPr="739BB8F4" w:rsidR="00141705">
              <w:rPr>
                <w:lang w:val="es-ES"/>
              </w:rPr>
              <w:t xml:space="preserve"> y RCP a mi </w:t>
            </w:r>
            <w:r w:rsidRPr="739BB8F4" w:rsidR="00141705">
              <w:rPr>
                <w:lang w:val="es-ES"/>
              </w:rPr>
              <w:t>hijo</w:t>
            </w:r>
            <w:r w:rsidRPr="739BB8F4" w:rsidR="00141705">
              <w:rPr>
                <w:lang w:val="es-ES"/>
              </w:rPr>
              <w:t xml:space="preserve">(a) </w:t>
            </w:r>
            <w:r w:rsidRPr="739BB8F4" w:rsidR="018E2326">
              <w:rPr>
                <w:lang w:val="es-ES"/>
              </w:rPr>
              <w:t xml:space="preserve">en caso de que sea </w:t>
            </w:r>
            <w:r w:rsidRPr="739BB8F4" w:rsidR="00141705">
              <w:rPr>
                <w:lang w:val="es-ES"/>
              </w:rPr>
              <w:t>necesario</w:t>
            </w:r>
            <w:r w:rsidRPr="739BB8F4" w:rsidR="00141705">
              <w:rPr>
                <w:lang w:val="es-ES"/>
              </w:rPr>
              <w:t>.</w:t>
            </w:r>
          </w:p>
          <w:p w:rsidR="00141705" w:rsidP="739BB8F4" w:rsidRDefault="00141705" w14:paraId="1AD33913" w14:textId="0DE69D84">
            <w:pPr>
              <w:spacing w:line="276" w:lineRule="auto"/>
              <w:rPr>
                <w:lang w:val="es-ES"/>
              </w:rPr>
            </w:pPr>
          </w:p>
        </w:tc>
        <w:tc>
          <w:tcPr>
            <w:tcW w:w="900" w:type="dxa"/>
            <w:tcMar/>
          </w:tcPr>
          <w:p w:rsidR="00141705" w:rsidRDefault="00141705" w14:paraId="34415456" w14:textId="42598DB8">
            <w:proofErr w:type="spellStart"/>
            <w:r>
              <w:t>Sí</w:t>
            </w:r>
            <w:proofErr w:type="spellEnd"/>
            <w:r>
              <w:t xml:space="preserve"> / No</w:t>
            </w:r>
          </w:p>
        </w:tc>
      </w:tr>
      <w:tr w:rsidR="00141705" w:rsidTr="739BB8F4" w14:paraId="0C7D8E40" w14:textId="77777777">
        <w:trPr>
          <w:trHeight w:val="1115"/>
        </w:trPr>
        <w:tc>
          <w:tcPr>
            <w:tcW w:w="9720" w:type="dxa"/>
            <w:tcMar/>
          </w:tcPr>
          <w:p w:rsidR="00141705" w:rsidP="739BB8F4" w:rsidRDefault="00141705" w14:paraId="324B255F" w14:textId="5A4AD958">
            <w:pPr>
              <w:spacing w:line="276" w:lineRule="auto"/>
              <w:rPr>
                <w:lang w:val="es-ES"/>
              </w:rPr>
            </w:pPr>
            <w:r w:rsidRPr="739BB8F4" w:rsidR="00141705">
              <w:rPr>
                <w:lang w:val="es-ES"/>
              </w:rPr>
              <w:t xml:space="preserve">En </w:t>
            </w:r>
            <w:r w:rsidRPr="739BB8F4" w:rsidR="00141705">
              <w:rPr>
                <w:lang w:val="es-ES"/>
              </w:rPr>
              <w:t>caso</w:t>
            </w:r>
            <w:r w:rsidRPr="739BB8F4" w:rsidR="00141705">
              <w:rPr>
                <w:lang w:val="es-ES"/>
              </w:rPr>
              <w:t xml:space="preserve"> de </w:t>
            </w:r>
            <w:r w:rsidRPr="739BB8F4" w:rsidR="00141705">
              <w:rPr>
                <w:lang w:val="es-ES"/>
              </w:rPr>
              <w:t>emergencia</w:t>
            </w:r>
            <w:r w:rsidRPr="739BB8F4" w:rsidR="00141705">
              <w:rPr>
                <w:lang w:val="es-ES"/>
              </w:rPr>
              <w:t xml:space="preserve">, </w:t>
            </w:r>
            <w:r w:rsidRPr="739BB8F4" w:rsidR="00141705">
              <w:rPr>
                <w:lang w:val="es-ES"/>
              </w:rPr>
              <w:t>doy</w:t>
            </w:r>
            <w:r w:rsidRPr="739BB8F4" w:rsidR="00141705">
              <w:rPr>
                <w:lang w:val="es-ES"/>
              </w:rPr>
              <w:t xml:space="preserve"> </w:t>
            </w:r>
            <w:r w:rsidRPr="739BB8F4" w:rsidR="00141705">
              <w:rPr>
                <w:lang w:val="es-ES"/>
              </w:rPr>
              <w:t>permiso</w:t>
            </w:r>
            <w:r w:rsidRPr="739BB8F4" w:rsidR="00141705">
              <w:rPr>
                <w:lang w:val="es-ES"/>
              </w:rPr>
              <w:t xml:space="preserve"> al SBGC para </w:t>
            </w:r>
            <w:r w:rsidRPr="739BB8F4" w:rsidR="00141705">
              <w:rPr>
                <w:lang w:val="es-ES"/>
              </w:rPr>
              <w:t>llevar</w:t>
            </w:r>
            <w:r w:rsidRPr="739BB8F4" w:rsidR="00141705">
              <w:rPr>
                <w:lang w:val="es-ES"/>
              </w:rPr>
              <w:t xml:space="preserve"> a mi </w:t>
            </w:r>
            <w:r w:rsidRPr="739BB8F4" w:rsidR="00141705">
              <w:rPr>
                <w:lang w:val="es-ES"/>
              </w:rPr>
              <w:t>hijo</w:t>
            </w:r>
            <w:r w:rsidRPr="739BB8F4" w:rsidR="00141705">
              <w:rPr>
                <w:lang w:val="es-ES"/>
              </w:rPr>
              <w:t>(a) a</w:t>
            </w:r>
            <w:r w:rsidRPr="739BB8F4" w:rsidR="4D0C849B">
              <w:rPr>
                <w:lang w:val="es-ES"/>
              </w:rPr>
              <w:t xml:space="preserve"> la sala de emergencia </w:t>
            </w:r>
            <w:r w:rsidRPr="739BB8F4" w:rsidR="00141705">
              <w:rPr>
                <w:lang w:val="es-ES"/>
              </w:rPr>
              <w:t>más</w:t>
            </w:r>
            <w:r w:rsidRPr="739BB8F4" w:rsidR="00141705">
              <w:rPr>
                <w:lang w:val="es-ES"/>
              </w:rPr>
              <w:t xml:space="preserve"> </w:t>
            </w:r>
            <w:r w:rsidRPr="739BB8F4" w:rsidR="00141705">
              <w:rPr>
                <w:lang w:val="es-ES"/>
              </w:rPr>
              <w:t>cercano</w:t>
            </w:r>
            <w:r w:rsidRPr="739BB8F4" w:rsidR="00141705">
              <w:rPr>
                <w:lang w:val="es-ES"/>
              </w:rPr>
              <w:t xml:space="preserve"> y </w:t>
            </w:r>
            <w:r w:rsidRPr="739BB8F4" w:rsidR="00141705">
              <w:rPr>
                <w:lang w:val="es-ES"/>
              </w:rPr>
              <w:t>autor</w:t>
            </w:r>
            <w:r w:rsidRPr="739BB8F4" w:rsidR="2C2B4371">
              <w:rPr>
                <w:lang w:val="es-ES"/>
              </w:rPr>
              <w:t>ízo</w:t>
            </w:r>
            <w:r w:rsidRPr="739BB8F4" w:rsidR="00141705">
              <w:rPr>
                <w:lang w:val="es-ES"/>
              </w:rPr>
              <w:t xml:space="preserve"> </w:t>
            </w:r>
            <w:r w:rsidRPr="739BB8F4" w:rsidR="00141705">
              <w:rPr>
                <w:lang w:val="es-ES"/>
              </w:rPr>
              <w:t>el</w:t>
            </w:r>
            <w:r w:rsidRPr="739BB8F4" w:rsidR="00141705">
              <w:rPr>
                <w:lang w:val="es-ES"/>
              </w:rPr>
              <w:t xml:space="preserve"> </w:t>
            </w:r>
            <w:r w:rsidRPr="739BB8F4" w:rsidR="00141705">
              <w:rPr>
                <w:lang w:val="es-ES"/>
              </w:rPr>
              <w:t>tratamiento</w:t>
            </w:r>
            <w:r w:rsidRPr="739BB8F4" w:rsidR="00141705">
              <w:rPr>
                <w:lang w:val="es-ES"/>
              </w:rPr>
              <w:t xml:space="preserve"> </w:t>
            </w:r>
            <w:r w:rsidRPr="739BB8F4" w:rsidR="00141705">
              <w:rPr>
                <w:lang w:val="es-ES"/>
              </w:rPr>
              <w:t>necesario</w:t>
            </w:r>
            <w:r w:rsidRPr="739BB8F4" w:rsidR="00141705">
              <w:rPr>
                <w:lang w:val="es-ES"/>
              </w:rPr>
              <w:t xml:space="preserve"> hasta que </w:t>
            </w:r>
            <w:r w:rsidRPr="739BB8F4" w:rsidR="3617C0F3">
              <w:rPr>
                <w:lang w:val="es-ES"/>
              </w:rPr>
              <w:t>yo puedo ser localizada (o)</w:t>
            </w:r>
            <w:r w:rsidRPr="739BB8F4" w:rsidR="4C0F3D65">
              <w:rPr>
                <w:lang w:val="es-ES"/>
              </w:rPr>
              <w:t>.</w:t>
            </w:r>
            <w:r>
              <w:br/>
            </w:r>
          </w:p>
        </w:tc>
        <w:tc>
          <w:tcPr>
            <w:tcW w:w="900" w:type="dxa"/>
            <w:tcMar/>
          </w:tcPr>
          <w:p w:rsidR="00141705" w:rsidRDefault="00141705" w14:paraId="07E58DCC" w14:textId="009E986D">
            <w:proofErr w:type="spellStart"/>
            <w:r>
              <w:t>Sí</w:t>
            </w:r>
            <w:proofErr w:type="spellEnd"/>
            <w:r>
              <w:t xml:space="preserve"> / No</w:t>
            </w:r>
          </w:p>
        </w:tc>
      </w:tr>
      <w:tr w:rsidR="00141705" w:rsidTr="739BB8F4" w14:paraId="2E755EE9" w14:textId="77777777">
        <w:trPr>
          <w:trHeight w:val="1205"/>
        </w:trPr>
        <w:tc>
          <w:tcPr>
            <w:tcW w:w="9720" w:type="dxa"/>
            <w:tcMar/>
          </w:tcPr>
          <w:p w:rsidR="00141705" w:rsidP="00141705" w:rsidRDefault="00141705" w14:paraId="47C6D723" w14:textId="6D39CC3C">
            <w:pPr>
              <w:spacing w:line="276" w:lineRule="auto"/>
            </w:pPr>
            <w:r w:rsidR="0FE1D02E">
              <w:rPr/>
              <w:t>D</w:t>
            </w:r>
            <w:r w:rsidR="00141705">
              <w:rPr/>
              <w:t xml:space="preserve">oy </w:t>
            </w:r>
            <w:r w:rsidR="00141705">
              <w:rPr/>
              <w:t>permiso</w:t>
            </w:r>
            <w:r w:rsidR="00141705">
              <w:rPr/>
              <w:t xml:space="preserve"> al SBGC </w:t>
            </w:r>
            <w:r w:rsidR="0D57F5A6">
              <w:rPr/>
              <w:t xml:space="preserve">para tomar fotos o video de </w:t>
            </w:r>
            <w:r w:rsidR="00141705">
              <w:rPr/>
              <w:t xml:space="preserve">mi </w:t>
            </w:r>
            <w:r w:rsidR="00141705">
              <w:rPr/>
              <w:t>hijo</w:t>
            </w:r>
            <w:r w:rsidR="00141705">
              <w:rPr/>
              <w:t xml:space="preserve">(a) para ser </w:t>
            </w:r>
            <w:r w:rsidR="00141705">
              <w:rPr/>
              <w:t>utilizado</w:t>
            </w:r>
            <w:r w:rsidR="00141705">
              <w:rPr/>
              <w:t xml:space="preserve"> </w:t>
            </w:r>
            <w:r w:rsidR="00141705">
              <w:rPr/>
              <w:t>en</w:t>
            </w:r>
            <w:r w:rsidR="00141705">
              <w:rPr/>
              <w:t xml:space="preserve"> </w:t>
            </w:r>
            <w:r w:rsidR="00141705">
              <w:rPr/>
              <w:t>exhibiciones</w:t>
            </w:r>
            <w:r w:rsidR="00141705">
              <w:rPr/>
              <w:t xml:space="preserve"> y </w:t>
            </w:r>
            <w:r w:rsidR="00141705">
              <w:rPr/>
              <w:t>materiales</w:t>
            </w:r>
            <w:r w:rsidR="00141705">
              <w:rPr/>
              <w:t xml:space="preserve"> </w:t>
            </w:r>
            <w:r w:rsidR="00141705">
              <w:rPr/>
              <w:t>promocionales</w:t>
            </w:r>
            <w:r w:rsidR="00141705">
              <w:rPr/>
              <w:t>.</w:t>
            </w:r>
            <w:r>
              <w:br/>
            </w:r>
          </w:p>
        </w:tc>
        <w:tc>
          <w:tcPr>
            <w:tcW w:w="900" w:type="dxa"/>
            <w:tcMar/>
          </w:tcPr>
          <w:p w:rsidR="00141705" w:rsidRDefault="00141705" w14:paraId="323821CC" w14:textId="5F4A3323">
            <w:proofErr w:type="spellStart"/>
            <w:r>
              <w:t>Sí</w:t>
            </w:r>
            <w:proofErr w:type="spellEnd"/>
            <w:r>
              <w:t xml:space="preserve"> / No</w:t>
            </w:r>
          </w:p>
        </w:tc>
      </w:tr>
      <w:tr w:rsidR="00141705" w:rsidTr="739BB8F4" w14:paraId="22CD252D" w14:textId="77777777">
        <w:trPr>
          <w:trHeight w:val="935"/>
        </w:trPr>
        <w:tc>
          <w:tcPr>
            <w:tcW w:w="9720" w:type="dxa"/>
            <w:tcMar/>
          </w:tcPr>
          <w:p w:rsidR="00141705" w:rsidP="00141705" w:rsidRDefault="00141705" w14:paraId="67C6D547" w14:textId="63D1F099">
            <w:pPr>
              <w:spacing w:line="276" w:lineRule="auto"/>
            </w:pPr>
            <w:r w:rsidRPr="739BB8F4" w:rsidR="278439F7">
              <w:rPr>
                <w:lang w:val="es-ES"/>
              </w:rPr>
              <w:t>D</w:t>
            </w:r>
            <w:r w:rsidRPr="739BB8F4" w:rsidR="00141705">
              <w:rPr>
                <w:lang w:val="es-ES"/>
              </w:rPr>
              <w:t xml:space="preserve">oy </w:t>
            </w:r>
            <w:r w:rsidRPr="739BB8F4" w:rsidR="00141705">
              <w:rPr>
                <w:lang w:val="es-ES"/>
              </w:rPr>
              <w:t>permiso</w:t>
            </w:r>
            <w:r w:rsidRPr="739BB8F4" w:rsidR="00141705">
              <w:rPr>
                <w:lang w:val="es-ES"/>
              </w:rPr>
              <w:t xml:space="preserve"> al SBGC para que mi </w:t>
            </w:r>
            <w:r w:rsidRPr="739BB8F4" w:rsidR="00141705">
              <w:rPr>
                <w:lang w:val="es-ES"/>
              </w:rPr>
              <w:t>hijo</w:t>
            </w:r>
            <w:r w:rsidRPr="739BB8F4" w:rsidR="00141705">
              <w:rPr>
                <w:lang w:val="es-ES"/>
              </w:rPr>
              <w:t xml:space="preserve">(a) use </w:t>
            </w:r>
            <w:r w:rsidRPr="739BB8F4" w:rsidR="00141705">
              <w:rPr>
                <w:lang w:val="es-ES"/>
              </w:rPr>
              <w:t>computadoras</w:t>
            </w:r>
            <w:r w:rsidRPr="739BB8F4" w:rsidR="00141705">
              <w:rPr>
                <w:lang w:val="es-ES"/>
              </w:rPr>
              <w:t xml:space="preserve"> de </w:t>
            </w:r>
            <w:r w:rsidRPr="739BB8F4" w:rsidR="00141705">
              <w:rPr>
                <w:lang w:val="es-ES"/>
              </w:rPr>
              <w:t>acuerdo</w:t>
            </w:r>
            <w:r w:rsidRPr="739BB8F4" w:rsidR="00141705">
              <w:rPr>
                <w:lang w:val="es-ES"/>
              </w:rPr>
              <w:t xml:space="preserve"> con las </w:t>
            </w:r>
            <w:r w:rsidRPr="739BB8F4" w:rsidR="00141705">
              <w:rPr>
                <w:lang w:val="es-ES"/>
              </w:rPr>
              <w:t>reglas</w:t>
            </w:r>
            <w:r w:rsidRPr="739BB8F4" w:rsidR="00141705">
              <w:rPr>
                <w:lang w:val="es-ES"/>
              </w:rPr>
              <w:t xml:space="preserve"> del SBGC.</w:t>
            </w:r>
          </w:p>
        </w:tc>
        <w:tc>
          <w:tcPr>
            <w:tcW w:w="900" w:type="dxa"/>
            <w:tcMar/>
          </w:tcPr>
          <w:p w:rsidR="00141705" w:rsidRDefault="00141705" w14:paraId="51F0ED51" w14:textId="3C989FA1">
            <w:proofErr w:type="spellStart"/>
            <w:r>
              <w:t>Sí</w:t>
            </w:r>
            <w:proofErr w:type="spellEnd"/>
            <w:r>
              <w:t xml:space="preserve"> / No</w:t>
            </w:r>
          </w:p>
        </w:tc>
      </w:tr>
      <w:tr w:rsidR="00141705" w:rsidTr="739BB8F4" w14:paraId="57F22347" w14:textId="77777777">
        <w:trPr>
          <w:trHeight w:val="1502"/>
        </w:trPr>
        <w:tc>
          <w:tcPr>
            <w:tcW w:w="9720" w:type="dxa"/>
            <w:tcMar/>
          </w:tcPr>
          <w:p w:rsidR="739BB8F4" w:rsidP="739BB8F4" w:rsidRDefault="739BB8F4" w14:paraId="5FA5868F" w14:textId="434CE524">
            <w:pPr>
              <w:spacing w:line="276" w:lineRule="auto"/>
              <w:rPr>
                <w:lang w:val="es-ES"/>
              </w:rPr>
            </w:pPr>
          </w:p>
          <w:p w:rsidR="00141705" w:rsidP="739BB8F4" w:rsidRDefault="00141705" w14:paraId="5C989929" w14:textId="360D7FB0">
            <w:pPr>
              <w:spacing w:line="276" w:lineRule="auto"/>
              <w:rPr>
                <w:lang w:val="es-ES"/>
              </w:rPr>
            </w:pPr>
            <w:r w:rsidRPr="739BB8F4" w:rsidR="7F69A2CC">
              <w:rPr>
                <w:lang w:val="es-ES"/>
              </w:rPr>
              <w:t>D</w:t>
            </w:r>
            <w:r w:rsidRPr="739BB8F4" w:rsidR="00141705">
              <w:rPr>
                <w:lang w:val="es-ES"/>
              </w:rPr>
              <w:t xml:space="preserve">oy </w:t>
            </w:r>
            <w:r w:rsidRPr="739BB8F4" w:rsidR="00141705">
              <w:rPr>
                <w:lang w:val="es-ES"/>
              </w:rPr>
              <w:t>permiso</w:t>
            </w:r>
            <w:r w:rsidRPr="739BB8F4" w:rsidR="00141705">
              <w:rPr>
                <w:lang w:val="es-ES"/>
              </w:rPr>
              <w:t xml:space="preserve"> al SBGC para </w:t>
            </w:r>
            <w:r w:rsidRPr="739BB8F4" w:rsidR="00141705">
              <w:rPr>
                <w:lang w:val="es-ES"/>
              </w:rPr>
              <w:t>llevar</w:t>
            </w:r>
            <w:r w:rsidRPr="739BB8F4" w:rsidR="00141705">
              <w:rPr>
                <w:lang w:val="es-ES"/>
              </w:rPr>
              <w:t xml:space="preserve"> a mi </w:t>
            </w:r>
            <w:r w:rsidRPr="739BB8F4" w:rsidR="00141705">
              <w:rPr>
                <w:lang w:val="es-ES"/>
              </w:rPr>
              <w:t>hijo</w:t>
            </w:r>
            <w:r w:rsidRPr="739BB8F4" w:rsidR="00141705">
              <w:rPr>
                <w:lang w:val="es-ES"/>
              </w:rPr>
              <w:t xml:space="preserve">(a) fuera del </w:t>
            </w:r>
            <w:r w:rsidRPr="739BB8F4" w:rsidR="2D48C4EC">
              <w:rPr>
                <w:lang w:val="es-ES"/>
              </w:rPr>
              <w:t xml:space="preserve">SBGC </w:t>
            </w:r>
            <w:r w:rsidRPr="739BB8F4" w:rsidR="00141705">
              <w:rPr>
                <w:lang w:val="es-ES"/>
              </w:rPr>
              <w:t>en</w:t>
            </w:r>
            <w:r w:rsidRPr="739BB8F4" w:rsidR="00141705">
              <w:rPr>
                <w:lang w:val="es-ES"/>
              </w:rPr>
              <w:t xml:space="preserve"> </w:t>
            </w:r>
            <w:r w:rsidRPr="739BB8F4" w:rsidR="00141705">
              <w:rPr>
                <w:lang w:val="es-ES"/>
              </w:rPr>
              <w:t>excursiones</w:t>
            </w:r>
            <w:r w:rsidRPr="739BB8F4" w:rsidR="75D0C636">
              <w:rPr>
                <w:lang w:val="es-ES"/>
              </w:rPr>
              <w:t xml:space="preserve"> (giras)</w:t>
            </w:r>
            <w:r w:rsidRPr="739BB8F4" w:rsidR="00141705">
              <w:rPr>
                <w:lang w:val="es-ES"/>
              </w:rPr>
              <w:t xml:space="preserve">, y </w:t>
            </w:r>
            <w:r w:rsidRPr="739BB8F4" w:rsidR="00141705">
              <w:rPr>
                <w:lang w:val="es-ES"/>
              </w:rPr>
              <w:t>entiendo</w:t>
            </w:r>
            <w:r w:rsidRPr="739BB8F4" w:rsidR="00141705">
              <w:rPr>
                <w:lang w:val="es-ES"/>
              </w:rPr>
              <w:t xml:space="preserve"> que </w:t>
            </w:r>
            <w:r w:rsidRPr="739BB8F4" w:rsidR="00141705">
              <w:rPr>
                <w:lang w:val="es-ES"/>
              </w:rPr>
              <w:t>en</w:t>
            </w:r>
            <w:r w:rsidRPr="739BB8F4" w:rsidR="00141705">
              <w:rPr>
                <w:lang w:val="es-ES"/>
              </w:rPr>
              <w:t xml:space="preserve"> </w:t>
            </w:r>
            <w:r w:rsidRPr="739BB8F4" w:rsidR="00141705">
              <w:rPr>
                <w:lang w:val="es-ES"/>
              </w:rPr>
              <w:t>algunas</w:t>
            </w:r>
            <w:r w:rsidRPr="739BB8F4" w:rsidR="00141705">
              <w:rPr>
                <w:lang w:val="es-ES"/>
              </w:rPr>
              <w:t xml:space="preserve"> </w:t>
            </w:r>
            <w:r w:rsidRPr="739BB8F4" w:rsidR="00141705">
              <w:rPr>
                <w:lang w:val="es-ES"/>
              </w:rPr>
              <w:t>ocasiones</w:t>
            </w:r>
            <w:r w:rsidRPr="739BB8F4" w:rsidR="00141705">
              <w:rPr>
                <w:lang w:val="es-ES"/>
              </w:rPr>
              <w:t xml:space="preserve"> </w:t>
            </w:r>
            <w:r w:rsidRPr="739BB8F4" w:rsidR="55B8F0DA">
              <w:rPr>
                <w:lang w:val="es-ES"/>
              </w:rPr>
              <w:t xml:space="preserve">SBGC contratará los servicios de una </w:t>
            </w:r>
            <w:r w:rsidRPr="739BB8F4" w:rsidR="2CE8E6A3">
              <w:rPr>
                <w:lang w:val="es-ES"/>
              </w:rPr>
              <w:t>compañía</w:t>
            </w:r>
            <w:r w:rsidRPr="739BB8F4" w:rsidR="55B8F0DA">
              <w:rPr>
                <w:lang w:val="es-ES"/>
              </w:rPr>
              <w:t xml:space="preserve"> de tran</w:t>
            </w:r>
            <w:r w:rsidRPr="739BB8F4" w:rsidR="176C0BA1">
              <w:rPr>
                <w:lang w:val="es-ES"/>
              </w:rPr>
              <w:t>sportación para transportar a los miembros, incluyendo a mi hijo</w:t>
            </w:r>
            <w:r w:rsidRPr="739BB8F4" w:rsidR="176C0BA1">
              <w:rPr>
                <w:lang w:val="es-ES"/>
              </w:rPr>
              <w:t>(a).</w:t>
            </w:r>
          </w:p>
          <w:p w:rsidR="00141705" w:rsidP="00141705" w:rsidRDefault="00141705" w14:paraId="331806A4" w14:textId="77777777">
            <w:pPr>
              <w:spacing w:line="276" w:lineRule="auto"/>
            </w:pPr>
          </w:p>
        </w:tc>
        <w:tc>
          <w:tcPr>
            <w:tcW w:w="900" w:type="dxa"/>
            <w:tcMar/>
          </w:tcPr>
          <w:p w:rsidR="739BB8F4" w:rsidRDefault="739BB8F4" w14:paraId="5B644A58" w14:textId="441E8AB0"/>
          <w:p w:rsidR="00141705" w:rsidRDefault="00141705" w14:paraId="3BC38C82" w14:textId="4630C798">
            <w:proofErr w:type="spellStart"/>
            <w:r>
              <w:t>Sí</w:t>
            </w:r>
            <w:proofErr w:type="spellEnd"/>
            <w:r>
              <w:t xml:space="preserve"> / No</w:t>
            </w:r>
          </w:p>
        </w:tc>
      </w:tr>
      <w:tr w:rsidR="00141705" w:rsidTr="739BB8F4" w14:paraId="2266D3B3" w14:textId="77777777">
        <w:trPr>
          <w:trHeight w:val="1565"/>
        </w:trPr>
        <w:tc>
          <w:tcPr>
            <w:tcW w:w="9720" w:type="dxa"/>
            <w:tcMar/>
          </w:tcPr>
          <w:p w:rsidR="00141705" w:rsidP="00141705" w:rsidRDefault="00141705" w14:paraId="7F4042A4" w14:textId="279ED2EA">
            <w:pPr>
              <w:spacing w:line="276" w:lineRule="auto"/>
            </w:pPr>
            <w:r>
              <w:t xml:space="preserve">En </w:t>
            </w:r>
            <w:proofErr w:type="spellStart"/>
            <w:r>
              <w:t>caso</w:t>
            </w:r>
            <w:proofErr w:type="spellEnd"/>
            <w:r>
              <w:t xml:space="preserve"> de que mi </w:t>
            </w:r>
            <w:proofErr w:type="spellStart"/>
            <w:r>
              <w:t>hijo</w:t>
            </w:r>
            <w:proofErr w:type="spellEnd"/>
            <w:r>
              <w:t xml:space="preserve">(a) no </w:t>
            </w:r>
            <w:proofErr w:type="spellStart"/>
            <w:r>
              <w:t>desee</w:t>
            </w:r>
            <w:proofErr w:type="spellEnd"/>
            <w:r>
              <w:t xml:space="preserve"> </w:t>
            </w:r>
            <w:proofErr w:type="spellStart"/>
            <w:r>
              <w:t>asistir</w:t>
            </w:r>
            <w:proofErr w:type="spellEnd"/>
            <w:r>
              <w:t xml:space="preserve"> a </w:t>
            </w:r>
            <w:proofErr w:type="spellStart"/>
            <w:r>
              <w:t>una</w:t>
            </w:r>
            <w:proofErr w:type="spellEnd"/>
            <w:r>
              <w:t xml:space="preserve"> </w:t>
            </w:r>
            <w:proofErr w:type="spellStart"/>
            <w:r>
              <w:t>excursión</w:t>
            </w:r>
            <w:proofErr w:type="spellEnd"/>
            <w:r>
              <w:t xml:space="preserve"> </w:t>
            </w:r>
            <w:proofErr w:type="spellStart"/>
            <w:r>
              <w:t>programada</w:t>
            </w:r>
            <w:proofErr w:type="spellEnd"/>
            <w:r>
              <w:t xml:space="preserve">, no </w:t>
            </w:r>
            <w:proofErr w:type="spellStart"/>
            <w:r>
              <w:t>podrá</w:t>
            </w:r>
            <w:proofErr w:type="spellEnd"/>
            <w:r>
              <w:t xml:space="preserve"> </w:t>
            </w:r>
            <w:proofErr w:type="spellStart"/>
            <w:r>
              <w:t>asistir</w:t>
            </w:r>
            <w:proofErr w:type="spellEnd"/>
            <w:r>
              <w:t xml:space="preserve"> al club ese día </w:t>
            </w:r>
            <w:proofErr w:type="spellStart"/>
            <w:r>
              <w:t>ya</w:t>
            </w:r>
            <w:proofErr w:type="spellEnd"/>
            <w:r>
              <w:t xml:space="preserve"> que </w:t>
            </w:r>
            <w:proofErr w:type="spellStart"/>
            <w:r>
              <w:t>todo</w:t>
            </w:r>
            <w:proofErr w:type="spellEnd"/>
            <w:r>
              <w:t xml:space="preserve"> </w:t>
            </w:r>
            <w:proofErr w:type="spellStart"/>
            <w:r>
              <w:t>el</w:t>
            </w:r>
            <w:proofErr w:type="spellEnd"/>
            <w:r>
              <w:t xml:space="preserve"> personal </w:t>
            </w:r>
            <w:proofErr w:type="spellStart"/>
            <w:r>
              <w:t>estará</w:t>
            </w:r>
            <w:proofErr w:type="spellEnd"/>
            <w:r>
              <w:t xml:space="preserve"> </w:t>
            </w:r>
            <w:proofErr w:type="spellStart"/>
            <w:r>
              <w:t>en</w:t>
            </w:r>
            <w:proofErr w:type="spellEnd"/>
            <w:r>
              <w:t xml:space="preserve"> la </w:t>
            </w:r>
            <w:proofErr w:type="spellStart"/>
            <w:r>
              <w:t>excursión</w:t>
            </w:r>
            <w:proofErr w:type="spellEnd"/>
            <w:r>
              <w:t xml:space="preserve">. </w:t>
            </w:r>
            <w:proofErr w:type="spellStart"/>
            <w:r>
              <w:t>Yo</w:t>
            </w:r>
            <w:proofErr w:type="spellEnd"/>
            <w:r>
              <w:t xml:space="preserve"> </w:t>
            </w:r>
            <w:proofErr w:type="spellStart"/>
            <w:r>
              <w:t>seré</w:t>
            </w:r>
            <w:proofErr w:type="spellEnd"/>
            <w:r>
              <w:t xml:space="preserve"> </w:t>
            </w:r>
            <w:proofErr w:type="spellStart"/>
            <w:r>
              <w:t>responsable</w:t>
            </w:r>
            <w:proofErr w:type="spellEnd"/>
            <w:r>
              <w:t xml:space="preserve"> de </w:t>
            </w:r>
            <w:proofErr w:type="spellStart"/>
            <w:r>
              <w:t>asegurar</w:t>
            </w:r>
            <w:proofErr w:type="spellEnd"/>
            <w:r>
              <w:t xml:space="preserve"> un </w:t>
            </w:r>
            <w:proofErr w:type="spellStart"/>
            <w:r>
              <w:t>cuidado</w:t>
            </w:r>
            <w:proofErr w:type="spellEnd"/>
            <w:r>
              <w:t xml:space="preserve"> alternativo para mi </w:t>
            </w:r>
            <w:proofErr w:type="spellStart"/>
            <w:r>
              <w:t>hijo</w:t>
            </w:r>
            <w:proofErr w:type="spellEnd"/>
            <w:r>
              <w:t xml:space="preserve">(a) solo </w:t>
            </w:r>
            <w:proofErr w:type="spellStart"/>
            <w:r>
              <w:t>por</w:t>
            </w:r>
            <w:proofErr w:type="spellEnd"/>
            <w:r>
              <w:t xml:space="preserve"> ese día.</w:t>
            </w:r>
            <w:r>
              <w:br/>
            </w:r>
          </w:p>
        </w:tc>
        <w:tc>
          <w:tcPr>
            <w:tcW w:w="900" w:type="dxa"/>
            <w:tcMar/>
          </w:tcPr>
          <w:p w:rsidR="00141705" w:rsidRDefault="00141705" w14:paraId="5F498456" w14:textId="5865DF78">
            <w:proofErr w:type="spellStart"/>
            <w:r>
              <w:t>Sí</w:t>
            </w:r>
            <w:proofErr w:type="spellEnd"/>
            <w:r>
              <w:t xml:space="preserve"> / No</w:t>
            </w:r>
          </w:p>
        </w:tc>
      </w:tr>
      <w:tr w:rsidR="00141705" w:rsidTr="739BB8F4" w14:paraId="4B289A9C" w14:textId="77777777">
        <w:trPr>
          <w:trHeight w:val="1358"/>
        </w:trPr>
        <w:tc>
          <w:tcPr>
            <w:tcW w:w="9720" w:type="dxa"/>
            <w:tcMar/>
          </w:tcPr>
          <w:p w:rsidR="00141705" w:rsidP="00141705" w:rsidRDefault="00141705" w14:paraId="4ADEEDD4" w14:textId="3F860767">
            <w:pPr>
              <w:spacing w:line="276" w:lineRule="auto"/>
            </w:pPr>
            <w:r w:rsidR="00141705">
              <w:rPr/>
              <w:t xml:space="preserve">Doy </w:t>
            </w:r>
            <w:r w:rsidR="00141705">
              <w:rPr/>
              <w:t>permiso</w:t>
            </w:r>
            <w:r w:rsidR="00141705">
              <w:rPr/>
              <w:t xml:space="preserve"> para que mi </w:t>
            </w:r>
            <w:r w:rsidR="00141705">
              <w:rPr/>
              <w:t>hijo</w:t>
            </w:r>
            <w:r w:rsidR="00141705">
              <w:rPr/>
              <w:t xml:space="preserve">(a) </w:t>
            </w:r>
            <w:r w:rsidR="00141705">
              <w:rPr/>
              <w:t>participe</w:t>
            </w:r>
            <w:r w:rsidR="00141705">
              <w:rPr/>
              <w:t xml:space="preserve"> </w:t>
            </w:r>
            <w:r w:rsidR="00141705">
              <w:rPr/>
              <w:t>en</w:t>
            </w:r>
            <w:r w:rsidR="00141705">
              <w:rPr/>
              <w:t xml:space="preserve"> </w:t>
            </w:r>
            <w:r w:rsidR="7BD5049A">
              <w:rPr/>
              <w:t xml:space="preserve">actividades de </w:t>
            </w:r>
            <w:r w:rsidR="00141705">
              <w:rPr/>
              <w:t>natación</w:t>
            </w:r>
            <w:r w:rsidR="00141705">
              <w:rPr/>
              <w:t xml:space="preserve"> </w:t>
            </w:r>
            <w:r w:rsidR="00141705">
              <w:rPr/>
              <w:t>proporcionado</w:t>
            </w:r>
            <w:r w:rsidR="00141705">
              <w:rPr/>
              <w:t xml:space="preserve"> </w:t>
            </w:r>
            <w:r w:rsidR="00141705">
              <w:rPr/>
              <w:t>por</w:t>
            </w:r>
            <w:r w:rsidR="00141705">
              <w:rPr/>
              <w:t xml:space="preserve"> </w:t>
            </w:r>
            <w:r w:rsidR="00141705">
              <w:rPr/>
              <w:t>el</w:t>
            </w:r>
            <w:r w:rsidR="00141705">
              <w:rPr/>
              <w:t xml:space="preserve"> SBGC. </w:t>
            </w:r>
            <w:r w:rsidR="00141705">
              <w:rPr/>
              <w:t>Entiendo</w:t>
            </w:r>
            <w:r w:rsidR="00141705">
              <w:rPr/>
              <w:t xml:space="preserve"> que se </w:t>
            </w:r>
            <w:r w:rsidR="00141705">
              <w:rPr/>
              <w:t>evaluará</w:t>
            </w:r>
            <w:r w:rsidR="00141705">
              <w:rPr/>
              <w:t xml:space="preserve"> la </w:t>
            </w:r>
            <w:r w:rsidR="00141705">
              <w:rPr/>
              <w:t>capacidad</w:t>
            </w:r>
            <w:r w:rsidR="00141705">
              <w:rPr/>
              <w:t xml:space="preserve"> de </w:t>
            </w:r>
            <w:r w:rsidR="00141705">
              <w:rPr/>
              <w:t>natación</w:t>
            </w:r>
            <w:r w:rsidR="00141705">
              <w:rPr/>
              <w:t xml:space="preserve"> de mi </w:t>
            </w:r>
            <w:r w:rsidR="00141705">
              <w:rPr/>
              <w:t>hijo</w:t>
            </w:r>
            <w:r w:rsidR="00141705">
              <w:rPr/>
              <w:t xml:space="preserve">(a). Todos </w:t>
            </w:r>
            <w:r w:rsidR="00141705">
              <w:rPr/>
              <w:t>los</w:t>
            </w:r>
            <w:r w:rsidR="00141705">
              <w:rPr/>
              <w:t xml:space="preserve"> </w:t>
            </w:r>
            <w:r w:rsidR="00141705">
              <w:rPr/>
              <w:t>miembros</w:t>
            </w:r>
            <w:r w:rsidR="00141705">
              <w:rPr/>
              <w:t xml:space="preserve"> </w:t>
            </w:r>
            <w:r w:rsidR="00141705">
              <w:rPr/>
              <w:t>deben</w:t>
            </w:r>
            <w:r w:rsidR="00141705">
              <w:rPr/>
              <w:t xml:space="preserve"> usar </w:t>
            </w:r>
            <w:r w:rsidR="00141705">
              <w:rPr/>
              <w:t>traje</w:t>
            </w:r>
            <w:r w:rsidR="00141705">
              <w:rPr/>
              <w:t xml:space="preserve"> de </w:t>
            </w:r>
            <w:r w:rsidR="00141705">
              <w:rPr/>
              <w:t>baño</w:t>
            </w:r>
            <w:r w:rsidR="00141705">
              <w:rPr/>
              <w:t xml:space="preserve"> y </w:t>
            </w:r>
            <w:r w:rsidR="00141705">
              <w:rPr/>
              <w:t>tener</w:t>
            </w:r>
            <w:r w:rsidR="00141705">
              <w:rPr/>
              <w:t xml:space="preserve"> </w:t>
            </w:r>
            <w:r w:rsidR="00141705">
              <w:rPr/>
              <w:t>una</w:t>
            </w:r>
            <w:r w:rsidR="00141705">
              <w:rPr/>
              <w:t xml:space="preserve"> </w:t>
            </w:r>
            <w:r w:rsidR="00141705">
              <w:rPr/>
              <w:t>toalla</w:t>
            </w:r>
            <w:r w:rsidR="00141705">
              <w:rPr/>
              <w:t xml:space="preserve"> para </w:t>
            </w:r>
            <w:r w:rsidR="00141705">
              <w:rPr/>
              <w:t>participar</w:t>
            </w:r>
            <w:r w:rsidR="00141705">
              <w:rPr/>
              <w:t>.</w:t>
            </w:r>
            <w:r>
              <w:br/>
            </w:r>
          </w:p>
        </w:tc>
        <w:tc>
          <w:tcPr>
            <w:tcW w:w="900" w:type="dxa"/>
            <w:tcMar/>
          </w:tcPr>
          <w:p w:rsidR="00141705" w:rsidRDefault="00141705" w14:paraId="6556B9F3" w14:textId="6FC02BC2">
            <w:proofErr w:type="spellStart"/>
            <w:r>
              <w:t>Sí</w:t>
            </w:r>
            <w:proofErr w:type="spellEnd"/>
            <w:r>
              <w:t xml:space="preserve"> / No</w:t>
            </w:r>
          </w:p>
        </w:tc>
      </w:tr>
      <w:tr w:rsidR="00141705" w:rsidTr="739BB8F4" w14:paraId="29F28963" w14:textId="77777777">
        <w:tc>
          <w:tcPr>
            <w:tcW w:w="9720" w:type="dxa"/>
            <w:tcMar/>
          </w:tcPr>
          <w:p w:rsidR="00141705" w:rsidP="739BB8F4" w:rsidRDefault="00141705" w14:paraId="21B1CEA5" w14:textId="5A32C8EE">
            <w:pPr>
              <w:spacing w:line="276" w:lineRule="auto"/>
              <w:rPr>
                <w:lang w:val="es-ES"/>
              </w:rPr>
            </w:pPr>
            <w:r w:rsidRPr="739BB8F4" w:rsidR="00141705">
              <w:rPr>
                <w:lang w:val="es-ES"/>
              </w:rPr>
              <w:t xml:space="preserve">El </w:t>
            </w:r>
            <w:r w:rsidRPr="739BB8F4" w:rsidR="00141705">
              <w:rPr>
                <w:lang w:val="es-ES"/>
              </w:rPr>
              <w:t>Director</w:t>
            </w:r>
            <w:r w:rsidRPr="739BB8F4" w:rsidR="00141705">
              <w:rPr>
                <w:lang w:val="es-ES"/>
              </w:rPr>
              <w:t xml:space="preserve"> de </w:t>
            </w:r>
            <w:r w:rsidRPr="739BB8F4" w:rsidR="00141705">
              <w:rPr>
                <w:lang w:val="es-ES"/>
              </w:rPr>
              <w:t>Programa</w:t>
            </w:r>
            <w:r w:rsidRPr="739BB8F4" w:rsidR="00141705">
              <w:rPr>
                <w:lang w:val="es-ES"/>
              </w:rPr>
              <w:t xml:space="preserve"> </w:t>
            </w:r>
            <w:r w:rsidRPr="739BB8F4" w:rsidR="00141705">
              <w:rPr>
                <w:lang w:val="es-ES"/>
              </w:rPr>
              <w:t>puede</w:t>
            </w:r>
            <w:r w:rsidRPr="739BB8F4" w:rsidR="00141705">
              <w:rPr>
                <w:lang w:val="es-ES"/>
              </w:rPr>
              <w:t xml:space="preserve"> </w:t>
            </w:r>
            <w:r w:rsidRPr="739BB8F4" w:rsidR="00141705">
              <w:rPr>
                <w:lang w:val="es-ES"/>
              </w:rPr>
              <w:t>solicitar</w:t>
            </w:r>
            <w:r w:rsidRPr="739BB8F4" w:rsidR="00141705">
              <w:rPr>
                <w:lang w:val="es-ES"/>
              </w:rPr>
              <w:t xml:space="preserve"> </w:t>
            </w:r>
            <w:r w:rsidRPr="739BB8F4" w:rsidR="00141705">
              <w:rPr>
                <w:lang w:val="es-ES"/>
              </w:rPr>
              <w:t>una</w:t>
            </w:r>
            <w:r w:rsidRPr="739BB8F4" w:rsidR="00141705">
              <w:rPr>
                <w:lang w:val="es-ES"/>
              </w:rPr>
              <w:t xml:space="preserve"> </w:t>
            </w:r>
            <w:r w:rsidRPr="739BB8F4" w:rsidR="00141705">
              <w:rPr>
                <w:lang w:val="es-ES"/>
              </w:rPr>
              <w:t>reunión</w:t>
            </w:r>
            <w:r w:rsidRPr="739BB8F4" w:rsidR="00141705">
              <w:rPr>
                <w:lang w:val="es-ES"/>
              </w:rPr>
              <w:t xml:space="preserve"> con </w:t>
            </w:r>
            <w:r w:rsidRPr="739BB8F4" w:rsidR="00141705">
              <w:rPr>
                <w:lang w:val="es-ES"/>
              </w:rPr>
              <w:t>respecto</w:t>
            </w:r>
            <w:r w:rsidRPr="739BB8F4" w:rsidR="00141705">
              <w:rPr>
                <w:lang w:val="es-ES"/>
              </w:rPr>
              <w:t xml:space="preserve"> al </w:t>
            </w:r>
            <w:r w:rsidRPr="739BB8F4" w:rsidR="00141705">
              <w:rPr>
                <w:lang w:val="es-ES"/>
              </w:rPr>
              <w:t>comportamiento</w:t>
            </w:r>
            <w:r w:rsidRPr="739BB8F4" w:rsidR="00141705">
              <w:rPr>
                <w:lang w:val="es-ES"/>
              </w:rPr>
              <w:t xml:space="preserve"> de mi </w:t>
            </w:r>
            <w:r w:rsidRPr="739BB8F4" w:rsidR="00141705">
              <w:rPr>
                <w:lang w:val="es-ES"/>
              </w:rPr>
              <w:t>hijo</w:t>
            </w:r>
            <w:r w:rsidRPr="739BB8F4" w:rsidR="00141705">
              <w:rPr>
                <w:lang w:val="es-ES"/>
              </w:rPr>
              <w:t xml:space="preserve">(a) y/o un </w:t>
            </w:r>
            <w:r w:rsidRPr="739BB8F4" w:rsidR="00141705">
              <w:rPr>
                <w:lang w:val="es-ES"/>
              </w:rPr>
              <w:t>incidente</w:t>
            </w:r>
            <w:r w:rsidRPr="739BB8F4" w:rsidR="00141705">
              <w:rPr>
                <w:lang w:val="es-ES"/>
              </w:rPr>
              <w:t xml:space="preserve"> que </w:t>
            </w:r>
            <w:r w:rsidRPr="739BB8F4" w:rsidR="00141705">
              <w:rPr>
                <w:lang w:val="es-ES"/>
              </w:rPr>
              <w:t>pueda</w:t>
            </w:r>
            <w:r w:rsidRPr="739BB8F4" w:rsidR="00141705">
              <w:rPr>
                <w:lang w:val="es-ES"/>
              </w:rPr>
              <w:t xml:space="preserve"> </w:t>
            </w:r>
            <w:r w:rsidRPr="739BB8F4" w:rsidR="00141705">
              <w:rPr>
                <w:lang w:val="es-ES"/>
              </w:rPr>
              <w:t>justificar</w:t>
            </w:r>
            <w:r w:rsidRPr="739BB8F4" w:rsidR="00141705">
              <w:rPr>
                <w:lang w:val="es-ES"/>
              </w:rPr>
              <w:t xml:space="preserve"> </w:t>
            </w:r>
            <w:r w:rsidRPr="739BB8F4" w:rsidR="25389351">
              <w:rPr>
                <w:lang w:val="es-ES"/>
              </w:rPr>
              <w:t>que mi hijo será removido del programa.</w:t>
            </w:r>
            <w:r w:rsidRPr="739BB8F4" w:rsidR="00141705">
              <w:rPr>
                <w:lang w:val="es-ES"/>
              </w:rPr>
              <w:t xml:space="preserve"> </w:t>
            </w:r>
            <w:r w:rsidRPr="739BB8F4" w:rsidR="00141705">
              <w:rPr>
                <w:lang w:val="es-ES"/>
              </w:rPr>
              <w:t>Entiendo</w:t>
            </w:r>
            <w:r w:rsidRPr="739BB8F4" w:rsidR="00141705">
              <w:rPr>
                <w:lang w:val="es-ES"/>
              </w:rPr>
              <w:t xml:space="preserve"> que </w:t>
            </w:r>
            <w:r w:rsidRPr="739BB8F4" w:rsidR="00141705">
              <w:rPr>
                <w:lang w:val="es-ES"/>
              </w:rPr>
              <w:t>queda</w:t>
            </w:r>
            <w:r w:rsidRPr="739BB8F4" w:rsidR="00141705">
              <w:rPr>
                <w:lang w:val="es-ES"/>
              </w:rPr>
              <w:t xml:space="preserve"> a </w:t>
            </w:r>
            <w:r w:rsidRPr="739BB8F4" w:rsidR="00141705">
              <w:rPr>
                <w:lang w:val="es-ES"/>
              </w:rPr>
              <w:t>discreción</w:t>
            </w:r>
            <w:r w:rsidRPr="739BB8F4" w:rsidR="00141705">
              <w:rPr>
                <w:lang w:val="es-ES"/>
              </w:rPr>
              <w:t xml:space="preserve"> del </w:t>
            </w:r>
            <w:r w:rsidRPr="739BB8F4" w:rsidR="00141705">
              <w:rPr>
                <w:lang w:val="es-ES"/>
              </w:rPr>
              <w:t>Director</w:t>
            </w:r>
            <w:r w:rsidRPr="739BB8F4" w:rsidR="00141705">
              <w:rPr>
                <w:lang w:val="es-ES"/>
              </w:rPr>
              <w:t xml:space="preserve"> de </w:t>
            </w:r>
            <w:r w:rsidRPr="739BB8F4" w:rsidR="00141705">
              <w:rPr>
                <w:lang w:val="es-ES"/>
              </w:rPr>
              <w:t>Programa</w:t>
            </w:r>
            <w:r w:rsidRPr="739BB8F4" w:rsidR="00141705">
              <w:rPr>
                <w:lang w:val="es-ES"/>
              </w:rPr>
              <w:t xml:space="preserve"> </w:t>
            </w:r>
            <w:r w:rsidRPr="739BB8F4" w:rsidR="00141705">
              <w:rPr>
                <w:lang w:val="es-ES"/>
              </w:rPr>
              <w:t>determinar</w:t>
            </w:r>
            <w:r w:rsidRPr="739BB8F4" w:rsidR="00141705">
              <w:rPr>
                <w:lang w:val="es-ES"/>
              </w:rPr>
              <w:t xml:space="preserve"> </w:t>
            </w:r>
            <w:r w:rsidRPr="739BB8F4" w:rsidR="00141705">
              <w:rPr>
                <w:lang w:val="es-ES"/>
              </w:rPr>
              <w:t>si</w:t>
            </w:r>
            <w:r w:rsidRPr="739BB8F4" w:rsidR="00141705">
              <w:rPr>
                <w:lang w:val="es-ES"/>
              </w:rPr>
              <w:t xml:space="preserve"> mi </w:t>
            </w:r>
            <w:r w:rsidRPr="739BB8F4" w:rsidR="00141705">
              <w:rPr>
                <w:lang w:val="es-ES"/>
              </w:rPr>
              <w:t>hijo</w:t>
            </w:r>
            <w:r w:rsidRPr="739BB8F4" w:rsidR="00141705">
              <w:rPr>
                <w:lang w:val="es-ES"/>
              </w:rPr>
              <w:t xml:space="preserve">(a) </w:t>
            </w:r>
            <w:r w:rsidRPr="739BB8F4" w:rsidR="00141705">
              <w:rPr>
                <w:lang w:val="es-ES"/>
              </w:rPr>
              <w:t>será</w:t>
            </w:r>
            <w:r w:rsidRPr="739BB8F4" w:rsidR="00141705">
              <w:rPr>
                <w:lang w:val="es-ES"/>
              </w:rPr>
              <w:t xml:space="preserve"> </w:t>
            </w:r>
            <w:r w:rsidRPr="739BB8F4" w:rsidR="00141705">
              <w:rPr>
                <w:lang w:val="es-ES"/>
              </w:rPr>
              <w:t>retirado</w:t>
            </w:r>
            <w:r w:rsidRPr="739BB8F4" w:rsidR="00141705">
              <w:rPr>
                <w:lang w:val="es-ES"/>
              </w:rPr>
              <w:t xml:space="preserve"> del </w:t>
            </w:r>
            <w:r w:rsidRPr="739BB8F4" w:rsidR="00141705">
              <w:rPr>
                <w:lang w:val="es-ES"/>
              </w:rPr>
              <w:t>programa</w:t>
            </w:r>
            <w:r w:rsidRPr="739BB8F4" w:rsidR="00141705">
              <w:rPr>
                <w:lang w:val="es-ES"/>
              </w:rPr>
              <w:t xml:space="preserve">. También </w:t>
            </w:r>
            <w:r w:rsidRPr="739BB8F4" w:rsidR="00141705">
              <w:rPr>
                <w:lang w:val="es-ES"/>
              </w:rPr>
              <w:t>entiendo</w:t>
            </w:r>
            <w:r w:rsidRPr="739BB8F4" w:rsidR="00141705">
              <w:rPr>
                <w:lang w:val="es-ES"/>
              </w:rPr>
              <w:t xml:space="preserve"> que </w:t>
            </w:r>
            <w:r w:rsidRPr="739BB8F4" w:rsidR="00141705">
              <w:rPr>
                <w:lang w:val="es-ES"/>
              </w:rPr>
              <w:t>puedo</w:t>
            </w:r>
            <w:r w:rsidRPr="739BB8F4" w:rsidR="00141705">
              <w:rPr>
                <w:lang w:val="es-ES"/>
              </w:rPr>
              <w:t xml:space="preserve"> </w:t>
            </w:r>
            <w:r w:rsidRPr="739BB8F4" w:rsidR="00141705">
              <w:rPr>
                <w:lang w:val="es-ES"/>
              </w:rPr>
              <w:t>solicitar</w:t>
            </w:r>
            <w:r w:rsidRPr="739BB8F4" w:rsidR="00141705">
              <w:rPr>
                <w:lang w:val="es-ES"/>
              </w:rPr>
              <w:t xml:space="preserve"> </w:t>
            </w:r>
            <w:r w:rsidRPr="739BB8F4" w:rsidR="00141705">
              <w:rPr>
                <w:lang w:val="es-ES"/>
              </w:rPr>
              <w:t>una</w:t>
            </w:r>
            <w:r w:rsidRPr="739BB8F4" w:rsidR="00141705">
              <w:rPr>
                <w:lang w:val="es-ES"/>
              </w:rPr>
              <w:t xml:space="preserve"> </w:t>
            </w:r>
            <w:r w:rsidRPr="739BB8F4" w:rsidR="00141705">
              <w:rPr>
                <w:lang w:val="es-ES"/>
              </w:rPr>
              <w:t>reunión</w:t>
            </w:r>
            <w:r w:rsidRPr="739BB8F4" w:rsidR="00141705">
              <w:rPr>
                <w:lang w:val="es-ES"/>
              </w:rPr>
              <w:t xml:space="preserve"> para </w:t>
            </w:r>
            <w:r w:rsidRPr="739BB8F4" w:rsidR="5C288ED1">
              <w:rPr>
                <w:lang w:val="es-ES"/>
              </w:rPr>
              <w:t>conversar acerca de</w:t>
            </w:r>
            <w:r w:rsidRPr="739BB8F4" w:rsidR="00141705">
              <w:rPr>
                <w:lang w:val="es-ES"/>
              </w:rPr>
              <w:t xml:space="preserve"> </w:t>
            </w:r>
            <w:r w:rsidRPr="739BB8F4" w:rsidR="00141705">
              <w:rPr>
                <w:lang w:val="es-ES"/>
              </w:rPr>
              <w:t>asuntos</w:t>
            </w:r>
            <w:r w:rsidRPr="739BB8F4" w:rsidR="00141705">
              <w:rPr>
                <w:lang w:val="es-ES"/>
              </w:rPr>
              <w:t xml:space="preserve"> que me </w:t>
            </w:r>
            <w:r w:rsidRPr="739BB8F4" w:rsidR="00141705">
              <w:rPr>
                <w:lang w:val="es-ES"/>
              </w:rPr>
              <w:t>preocupen</w:t>
            </w:r>
            <w:r w:rsidRPr="739BB8F4" w:rsidR="00141705">
              <w:rPr>
                <w:lang w:val="es-ES"/>
              </w:rPr>
              <w:t xml:space="preserve"> </w:t>
            </w:r>
            <w:r w:rsidRPr="739BB8F4" w:rsidR="00141705">
              <w:rPr>
                <w:lang w:val="es-ES"/>
              </w:rPr>
              <w:t>respecto</w:t>
            </w:r>
            <w:r w:rsidRPr="739BB8F4" w:rsidR="00141705">
              <w:rPr>
                <w:lang w:val="es-ES"/>
              </w:rPr>
              <w:t xml:space="preserve"> a mi </w:t>
            </w:r>
            <w:r w:rsidRPr="739BB8F4" w:rsidR="00141705">
              <w:rPr>
                <w:lang w:val="es-ES"/>
              </w:rPr>
              <w:t>hijo</w:t>
            </w:r>
            <w:r w:rsidRPr="739BB8F4" w:rsidR="1B9E5EA8">
              <w:rPr>
                <w:lang w:val="es-ES"/>
              </w:rPr>
              <w:t xml:space="preserve"> </w:t>
            </w:r>
          </w:p>
          <w:p w:rsidR="00141705" w:rsidP="739BB8F4" w:rsidRDefault="00141705" w14:paraId="7FE74F1D" w14:textId="0D6683C2">
            <w:pPr>
              <w:spacing w:line="276" w:lineRule="auto"/>
              <w:rPr>
                <w:lang w:val="es-ES"/>
              </w:rPr>
            </w:pPr>
            <w:r w:rsidRPr="739BB8F4" w:rsidR="00141705">
              <w:rPr>
                <w:lang w:val="es-ES"/>
              </w:rPr>
              <w:t xml:space="preserve">(a) y </w:t>
            </w:r>
            <w:r w:rsidRPr="739BB8F4" w:rsidR="00141705">
              <w:rPr>
                <w:lang w:val="es-ES"/>
              </w:rPr>
              <w:t>el</w:t>
            </w:r>
            <w:r w:rsidRPr="739BB8F4" w:rsidR="00141705">
              <w:rPr>
                <w:lang w:val="es-ES"/>
              </w:rPr>
              <w:t xml:space="preserve"> </w:t>
            </w:r>
            <w:r w:rsidRPr="739BB8F4" w:rsidR="00141705">
              <w:rPr>
                <w:lang w:val="es-ES"/>
              </w:rPr>
              <w:t>programa</w:t>
            </w:r>
            <w:r w:rsidRPr="739BB8F4" w:rsidR="00141705">
              <w:rPr>
                <w:lang w:val="es-ES"/>
              </w:rPr>
              <w:t>.</w:t>
            </w:r>
          </w:p>
          <w:p w:rsidR="00141705" w:rsidP="739BB8F4" w:rsidRDefault="00141705" w14:paraId="0CC231EE" w14:textId="6C4EADF8">
            <w:pPr>
              <w:spacing w:line="276" w:lineRule="auto"/>
              <w:ind w:left="0"/>
              <w:rPr>
                <w:rFonts w:ascii="Cambria" w:hAnsi="Cambria" w:eastAsia="Cambria" w:cs="Cambria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s-ES"/>
              </w:rPr>
            </w:pPr>
          </w:p>
          <w:p w:rsidR="00141705" w:rsidP="739BB8F4" w:rsidRDefault="00141705" w14:paraId="6200E40F" w14:textId="0B2C933C">
            <w:pPr>
              <w:spacing w:line="276" w:lineRule="auto"/>
              <w:ind w:left="0"/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39BB8F4" w:rsidR="610D724D">
              <w:rPr>
                <w:rFonts w:ascii="Cambria" w:hAnsi="Cambria" w:eastAsia="Cambria" w:cs="Cambria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s-ES"/>
              </w:rPr>
              <w:t>*Tenga en cuenta que los padres/guardián u otro contacto autorizado debe acompañar al niño(a) dentro del edificio para firmar la entrada y salida del programa.</w:t>
            </w:r>
          </w:p>
          <w:p w:rsidR="00141705" w:rsidP="739BB8F4" w:rsidRDefault="00141705" w14:paraId="364FD364" w14:textId="21962C05">
            <w:pPr>
              <w:spacing w:line="276" w:lineRule="auto"/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00141705" w:rsidP="739BB8F4" w:rsidRDefault="00141705" w14:paraId="04B6D405" w14:textId="701ADD03">
            <w:pPr>
              <w:spacing w:line="276" w:lineRule="auto"/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00141705" w:rsidP="739BB8F4" w:rsidRDefault="00141705" w14:paraId="5ED01D1B" w14:textId="4AF00A12">
            <w:pPr>
              <w:spacing w:line="276" w:lineRule="auto"/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00141705" w:rsidP="739BB8F4" w:rsidRDefault="00141705" w14:paraId="5F61068F" w14:textId="2927B1AB">
            <w:pPr>
              <w:spacing w:line="276" w:lineRule="auto"/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s-ES"/>
              </w:rPr>
            </w:pPr>
            <w:r w:rsidRPr="739BB8F4" w:rsidR="610D724D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___________________________________________               __________________________  </w:t>
            </w:r>
            <w:r>
              <w:br/>
            </w:r>
            <w:r w:rsidRPr="739BB8F4" w:rsidR="610D724D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Firma del Padre/Madre/Guardián                    </w:t>
            </w:r>
            <w:r w:rsidRPr="739BB8F4" w:rsidR="610D724D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Fecha</w:t>
            </w:r>
            <w:r w:rsidRPr="739BB8F4" w:rsidR="610D724D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       </w:t>
            </w:r>
          </w:p>
          <w:p w:rsidR="00141705" w:rsidP="739BB8F4" w:rsidRDefault="00141705" w14:paraId="468B1AAB" w14:textId="0E368B35">
            <w:pPr>
              <w:spacing w:line="276" w:lineRule="auto"/>
              <w:rPr>
                <w:lang w:val="es-ES"/>
              </w:rPr>
            </w:pPr>
          </w:p>
        </w:tc>
        <w:tc>
          <w:tcPr>
            <w:tcW w:w="900" w:type="dxa"/>
            <w:tcMar/>
          </w:tcPr>
          <w:p w:rsidR="00141705" w:rsidRDefault="00141705" w14:paraId="618AEEA8" w14:textId="77777777"/>
        </w:tc>
      </w:tr>
    </w:tbl>
    <w:p w:rsidR="739BB8F4" w:rsidP="739BB8F4" w:rsidRDefault="739BB8F4" w14:paraId="27518D4C" w14:textId="0DD839CE">
      <w:pPr>
        <w:pStyle w:val="Normal"/>
        <w:ind w:left="0"/>
        <w:rPr>
          <w:b w:val="1"/>
          <w:bCs w:val="1"/>
          <w:lang w:val="es-ES"/>
        </w:rPr>
      </w:pPr>
    </w:p>
    <w:p w:rsidR="739BB8F4" w:rsidP="739BB8F4" w:rsidRDefault="739BB8F4" w14:paraId="7126973E" w14:textId="4D7AE1C1">
      <w:pPr>
        <w:pStyle w:val="Normal"/>
        <w:ind w:left="0"/>
        <w:rPr>
          <w:b w:val="1"/>
          <w:bCs w:val="1"/>
          <w:lang w:val="es-ES"/>
        </w:rPr>
      </w:pPr>
    </w:p>
    <w:sectPr w:rsidR="00A47EB7" w:rsidSect="00141705">
      <w:headerReference w:type="default" r:id="rId8"/>
      <w:pgSz w:w="12240" w:h="15840" w:orient="portrait"/>
      <w:pgMar w:top="720" w:right="180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A186C" w:rsidP="00141705" w:rsidRDefault="007A186C" w14:paraId="0C98A422" w14:textId="77777777">
      <w:pPr>
        <w:spacing w:after="0" w:line="240" w:lineRule="auto"/>
      </w:pPr>
      <w:r>
        <w:separator/>
      </w:r>
    </w:p>
  </w:endnote>
  <w:endnote w:type="continuationSeparator" w:id="0">
    <w:p w:rsidR="007A186C" w:rsidP="00141705" w:rsidRDefault="007A186C" w14:paraId="03C96FA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A186C" w:rsidP="00141705" w:rsidRDefault="007A186C" w14:paraId="21EDC0EF" w14:textId="77777777">
      <w:pPr>
        <w:spacing w:after="0" w:line="240" w:lineRule="auto"/>
      </w:pPr>
      <w:r>
        <w:separator/>
      </w:r>
    </w:p>
  </w:footnote>
  <w:footnote w:type="continuationSeparator" w:id="0">
    <w:p w:rsidR="007A186C" w:rsidP="00141705" w:rsidRDefault="007A186C" w14:paraId="1DE39FCC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141705" w:rsidRDefault="00141705" w14:paraId="1FDAE693" w14:textId="20952BA4">
    <w:pPr>
      <w:pStyle w:val="Header"/>
    </w:pPr>
    <w:r>
      <w:rPr>
        <w:b/>
        <w:bCs/>
        <w:noProof/>
        <w:sz w:val="24"/>
        <w:szCs w:val="24"/>
      </w:rPr>
      <w:drawing>
        <wp:anchor distT="0" distB="0" distL="114300" distR="114300" simplePos="0" relativeHeight="251663360" behindDoc="1" locked="0" layoutInCell="1" allowOverlap="1" wp14:anchorId="7E527B29" wp14:editId="71D01A17">
          <wp:simplePos x="0" y="0"/>
          <wp:positionH relativeFrom="margin">
            <wp:posOffset>-619125</wp:posOffset>
          </wp:positionH>
          <wp:positionV relativeFrom="margin">
            <wp:posOffset>-438150</wp:posOffset>
          </wp:positionV>
          <wp:extent cx="2333625" cy="737235"/>
          <wp:effectExtent l="0" t="0" r="9525" b="5715"/>
          <wp:wrapSquare wrapText="bothSides"/>
          <wp:docPr id="617914233" name="Picture 1" descr="A black text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3294408" name="Picture 1" descr="A black text on a white background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33625" cy="7372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5168" behindDoc="1" locked="0" layoutInCell="1" allowOverlap="1" wp14:anchorId="6A759343" wp14:editId="4CE0CDBB">
          <wp:simplePos x="0" y="0"/>
          <wp:positionH relativeFrom="margin">
            <wp:posOffset>3399790</wp:posOffset>
          </wp:positionH>
          <wp:positionV relativeFrom="margin">
            <wp:posOffset>-428625</wp:posOffset>
          </wp:positionV>
          <wp:extent cx="2991485" cy="685800"/>
          <wp:effectExtent l="0" t="0" r="0" b="0"/>
          <wp:wrapSquare wrapText="bothSides"/>
          <wp:docPr id="74009398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91485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0">
    <w:nsid w:val="6309f2c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9" w15:restartNumberingAfterBreak="0">
    <w:nsid w:val="4474629C"/>
    <w:multiLevelType w:val="hybridMultilevel"/>
    <w:tmpl w:val="7498799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1">
    <w:abstractNumId w:val="10"/>
  </w:num>
  <w:num w:numId="1" w16cid:durableId="137891344">
    <w:abstractNumId w:val="8"/>
  </w:num>
  <w:num w:numId="2" w16cid:durableId="1010765092">
    <w:abstractNumId w:val="6"/>
  </w:num>
  <w:num w:numId="3" w16cid:durableId="595140860">
    <w:abstractNumId w:val="5"/>
  </w:num>
  <w:num w:numId="4" w16cid:durableId="138545335">
    <w:abstractNumId w:val="4"/>
  </w:num>
  <w:num w:numId="5" w16cid:durableId="809784830">
    <w:abstractNumId w:val="7"/>
  </w:num>
  <w:num w:numId="6" w16cid:durableId="1865900912">
    <w:abstractNumId w:val="3"/>
  </w:num>
  <w:num w:numId="7" w16cid:durableId="1284263441">
    <w:abstractNumId w:val="2"/>
  </w:num>
  <w:num w:numId="8" w16cid:durableId="581990961">
    <w:abstractNumId w:val="1"/>
  </w:num>
  <w:num w:numId="9" w16cid:durableId="424955869">
    <w:abstractNumId w:val="0"/>
  </w:num>
  <w:num w:numId="10" w16cid:durableId="162249847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000"/>
    <w:rsid w:val="00034616"/>
    <w:rsid w:val="0006063C"/>
    <w:rsid w:val="00141705"/>
    <w:rsid w:val="0015074B"/>
    <w:rsid w:val="0029639D"/>
    <w:rsid w:val="00323D91"/>
    <w:rsid w:val="00326F90"/>
    <w:rsid w:val="00550988"/>
    <w:rsid w:val="007A186C"/>
    <w:rsid w:val="00A47EB7"/>
    <w:rsid w:val="00AA1D8D"/>
    <w:rsid w:val="00B47730"/>
    <w:rsid w:val="00CB0664"/>
    <w:rsid w:val="00FC693F"/>
    <w:rsid w:val="018E2326"/>
    <w:rsid w:val="01BDFE9C"/>
    <w:rsid w:val="03EBE0A1"/>
    <w:rsid w:val="07B9B157"/>
    <w:rsid w:val="0D04BE50"/>
    <w:rsid w:val="0D57F5A6"/>
    <w:rsid w:val="0FE1D02E"/>
    <w:rsid w:val="115559E6"/>
    <w:rsid w:val="171AECBB"/>
    <w:rsid w:val="176C0BA1"/>
    <w:rsid w:val="18A50824"/>
    <w:rsid w:val="19766DA3"/>
    <w:rsid w:val="1B9E5EA8"/>
    <w:rsid w:val="1BE8E4C2"/>
    <w:rsid w:val="1D8C2ACD"/>
    <w:rsid w:val="24B9057B"/>
    <w:rsid w:val="25389351"/>
    <w:rsid w:val="278439F7"/>
    <w:rsid w:val="2C2B4371"/>
    <w:rsid w:val="2CE8E6A3"/>
    <w:rsid w:val="2D48C4EC"/>
    <w:rsid w:val="2F360621"/>
    <w:rsid w:val="337CF9E3"/>
    <w:rsid w:val="344A90B2"/>
    <w:rsid w:val="3617C0F3"/>
    <w:rsid w:val="3C11088C"/>
    <w:rsid w:val="4BDE7C17"/>
    <w:rsid w:val="4C0F3D65"/>
    <w:rsid w:val="4D0C849B"/>
    <w:rsid w:val="4E2743EF"/>
    <w:rsid w:val="4F1E5C3B"/>
    <w:rsid w:val="537C9ABC"/>
    <w:rsid w:val="53848462"/>
    <w:rsid w:val="55721D29"/>
    <w:rsid w:val="55B8F0DA"/>
    <w:rsid w:val="59969A26"/>
    <w:rsid w:val="59BD5579"/>
    <w:rsid w:val="5C288ED1"/>
    <w:rsid w:val="5D130528"/>
    <w:rsid w:val="5F09A07D"/>
    <w:rsid w:val="5FE2EC76"/>
    <w:rsid w:val="604AB823"/>
    <w:rsid w:val="610D724D"/>
    <w:rsid w:val="625E315B"/>
    <w:rsid w:val="67230C1E"/>
    <w:rsid w:val="6CDADDE5"/>
    <w:rsid w:val="6F46692D"/>
    <w:rsid w:val="739BB8F4"/>
    <w:rsid w:val="74EC5CB5"/>
    <w:rsid w:val="75D0C636"/>
    <w:rsid w:val="7BD5049A"/>
    <w:rsid w:val="7C16DEEA"/>
    <w:rsid w:val="7CE1B686"/>
    <w:rsid w:val="7F69A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BA554F4"/>
  <w14:defaultImageDpi w14:val="300"/>
  <w15:docId w15:val="{A4F0D2FA-CD09-480A-AE47-BE7F82E3B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python-docx</dc:creator>
  <keywords/>
  <dc:description>generated by python-docx</dc:description>
  <lastModifiedBy>Madelyn Rivera</lastModifiedBy>
  <revision>3</revision>
  <lastPrinted>2025-07-31T14:46:00.0000000Z</lastPrinted>
  <dcterms:created xsi:type="dcterms:W3CDTF">2025-07-31T14:46:00.0000000Z</dcterms:created>
  <dcterms:modified xsi:type="dcterms:W3CDTF">2025-07-31T15:17:11.1248887Z</dcterms:modified>
  <category/>
</coreProperties>
</file>